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0784D" w14:textId="016BBBCD" w:rsidR="00641666" w:rsidRPr="00304306" w:rsidRDefault="00744DE3" w:rsidP="00304306">
      <w:pPr>
        <w:pStyle w:val="NoSpacing"/>
        <w:jc w:val="center"/>
        <w:rPr>
          <w:b/>
          <w:bCs/>
          <w:sz w:val="28"/>
          <w:szCs w:val="28"/>
          <w:lang w:bidi="hi-IN"/>
        </w:rPr>
      </w:pPr>
      <w:r w:rsidRPr="00304306">
        <w:rPr>
          <w:b/>
          <w:bCs/>
          <w:sz w:val="28"/>
          <w:szCs w:val="28"/>
          <w:lang w:bidi="hi-IN"/>
        </w:rPr>
        <w:t>SCIENCE CLASS TEST</w:t>
      </w:r>
    </w:p>
    <w:p w14:paraId="17081341" w14:textId="326C9FA1" w:rsidR="00744DE3" w:rsidRPr="00304306" w:rsidRDefault="00744DE3" w:rsidP="00304306">
      <w:pPr>
        <w:pStyle w:val="NoSpacing"/>
        <w:jc w:val="center"/>
        <w:rPr>
          <w:b/>
          <w:bCs/>
          <w:sz w:val="28"/>
          <w:szCs w:val="28"/>
          <w:lang w:bidi="hi-IN"/>
        </w:rPr>
      </w:pPr>
      <w:r w:rsidRPr="00304306">
        <w:rPr>
          <w:b/>
          <w:bCs/>
          <w:sz w:val="28"/>
          <w:szCs w:val="28"/>
          <w:lang w:bidi="hi-IN"/>
        </w:rPr>
        <w:t>CHAPTER -1</w:t>
      </w:r>
    </w:p>
    <w:p w14:paraId="5A4A6253" w14:textId="14B4263E" w:rsidR="00744DE3" w:rsidRPr="00304306" w:rsidRDefault="00744DE3" w:rsidP="00304306">
      <w:pPr>
        <w:pStyle w:val="NoSpacing"/>
        <w:jc w:val="center"/>
        <w:rPr>
          <w:b/>
          <w:bCs/>
          <w:sz w:val="28"/>
          <w:szCs w:val="28"/>
          <w:lang w:bidi="hi-IN"/>
        </w:rPr>
      </w:pPr>
      <w:r w:rsidRPr="00304306">
        <w:rPr>
          <w:b/>
          <w:bCs/>
          <w:sz w:val="28"/>
          <w:szCs w:val="28"/>
          <w:lang w:bidi="hi-IN"/>
        </w:rPr>
        <w:t>FULL MARKS-10</w:t>
      </w:r>
    </w:p>
    <w:p w14:paraId="139731BE" w14:textId="0964EABD" w:rsidR="000B4F17" w:rsidRPr="00304306" w:rsidRDefault="000B4F17" w:rsidP="000B4F17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04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Choose the correct option – (6 marks) </w:t>
      </w:r>
    </w:p>
    <w:p w14:paraId="00000001" w14:textId="473D3C56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is the primary goal of science?</w:t>
      </w:r>
    </w:p>
    <w:p w14:paraId="00000002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To memorize facts and figures</w:t>
      </w:r>
    </w:p>
    <w:p w14:paraId="00000003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 To understand the world we live in and uncover the secrets of the universe</w:t>
      </w:r>
    </w:p>
    <w:p w14:paraId="00000004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 To perform experiments without any purpose</w:t>
      </w:r>
    </w:p>
    <w:p w14:paraId="00000005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d) To follow instructions without questioning</w:t>
      </w:r>
    </w:p>
    <w:p w14:paraId="00000006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Which quality is most important for a scientist?</w:t>
      </w:r>
    </w:p>
    <w:p w14:paraId="00000007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Strength</w:t>
      </w:r>
    </w:p>
    <w:p w14:paraId="00000008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 Speed</w:t>
      </w:r>
    </w:p>
    <w:p w14:paraId="00000009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 Curiosity</w:t>
      </w:r>
    </w:p>
    <w:p w14:paraId="0000000A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d) Silence</w:t>
      </w:r>
    </w:p>
    <w:p w14:paraId="0000000B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happens when new discoveries are made in science?</w:t>
      </w:r>
    </w:p>
    <w:p w14:paraId="0000000C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They often change our understanding of the world</w:t>
      </w:r>
    </w:p>
    <w:p w14:paraId="0000000D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 They reinforce existing knowledge</w:t>
      </w:r>
    </w:p>
    <w:p w14:paraId="0000000E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 They are quickly forgotten</w:t>
      </w:r>
    </w:p>
    <w:p w14:paraId="0000000F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d) They provide definitive answers</w:t>
      </w:r>
    </w:p>
    <w:p w14:paraId="00000010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How is science described in the chapter?</w:t>
      </w:r>
    </w:p>
    <w:p w14:paraId="00000011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 A complex equation</w:t>
      </w:r>
    </w:p>
    <w:p w14:paraId="00000012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b) A big adventure</w:t>
      </w:r>
    </w:p>
    <w:p w14:paraId="00000013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c) A boring task</w:t>
      </w:r>
    </w:p>
    <w:p w14:paraId="00000014" w14:textId="77777777" w:rsidR="00040556" w:rsidRDefault="0011603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d) A straightforward activity</w:t>
      </w:r>
    </w:p>
    <w:p w14:paraId="00000015" w14:textId="77777777" w:rsidR="00040556" w:rsidRDefault="0011603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Assertion (A) : Naphthalene is used to protect our clothes kept in the cupboard.</w:t>
      </w:r>
    </w:p>
    <w:p w14:paraId="00000016" w14:textId="77777777" w:rsidR="00040556" w:rsidRDefault="0011603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Reason (R) : It turns into liquid after some time.</w:t>
      </w:r>
    </w:p>
    <w:p w14:paraId="00000017" w14:textId="77777777" w:rsidR="00040556" w:rsidRDefault="00116034">
      <w:pPr>
        <w:numPr>
          <w:ilvl w:val="1"/>
          <w:numId w:val="2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true, and R is the correct explanation of A.</w:t>
      </w:r>
    </w:p>
    <w:p w14:paraId="00000018" w14:textId="77777777" w:rsidR="00040556" w:rsidRDefault="00116034">
      <w:pPr>
        <w:numPr>
          <w:ilvl w:val="1"/>
          <w:numId w:val="2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true, but R is not the correct explanation of A.</w:t>
      </w:r>
    </w:p>
    <w:p w14:paraId="00000019" w14:textId="77777777" w:rsidR="00040556" w:rsidRDefault="00116034">
      <w:pPr>
        <w:numPr>
          <w:ilvl w:val="1"/>
          <w:numId w:val="2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is true, but R is false.</w:t>
      </w:r>
    </w:p>
    <w:p w14:paraId="0000001A" w14:textId="77777777" w:rsidR="00040556" w:rsidRDefault="00116034">
      <w:pPr>
        <w:numPr>
          <w:ilvl w:val="1"/>
          <w:numId w:val="2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false.</w:t>
      </w:r>
    </w:p>
    <w:p w14:paraId="0000001B" w14:textId="77777777" w:rsidR="00040556" w:rsidRDefault="0004055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040556" w:rsidRDefault="0011603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Assertion (A) : When we breathe out on a mirror, a patch is formed</w:t>
      </w:r>
    </w:p>
    <w:p w14:paraId="0000001D" w14:textId="77777777" w:rsidR="00040556" w:rsidRDefault="0011603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Reason (R) : The air we breathe out contains water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vapour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which is converted into water droplets on the surface of the mirror.</w:t>
      </w:r>
    </w:p>
    <w:p w14:paraId="0000001E" w14:textId="77777777" w:rsidR="00040556" w:rsidRDefault="00116034">
      <w:pPr>
        <w:numPr>
          <w:ilvl w:val="1"/>
          <w:numId w:val="1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true, and R is the correct explanation of A.</w:t>
      </w:r>
    </w:p>
    <w:p w14:paraId="0000001F" w14:textId="77777777" w:rsidR="00040556" w:rsidRDefault="00116034">
      <w:pPr>
        <w:numPr>
          <w:ilvl w:val="1"/>
          <w:numId w:val="1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true, but R is not the correct explanation of A.</w:t>
      </w:r>
    </w:p>
    <w:p w14:paraId="00000020" w14:textId="77777777" w:rsidR="00040556" w:rsidRDefault="00116034">
      <w:pPr>
        <w:numPr>
          <w:ilvl w:val="1"/>
          <w:numId w:val="1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is true, but R is false.</w:t>
      </w:r>
    </w:p>
    <w:p w14:paraId="00000021" w14:textId="77777777" w:rsidR="00040556" w:rsidRDefault="00116034">
      <w:pPr>
        <w:numPr>
          <w:ilvl w:val="1"/>
          <w:numId w:val="1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Both A and R are false.</w:t>
      </w:r>
    </w:p>
    <w:p w14:paraId="3C0B0452" w14:textId="6DDCB225" w:rsidR="000B4F17" w:rsidRDefault="000B4F17" w:rsidP="000B4F17">
      <w:pPr>
        <w:spacing w:after="0" w:line="278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44FC96" w14:textId="4A7E2961" w:rsidR="000B4F17" w:rsidRPr="00304306" w:rsidRDefault="000B4F17" w:rsidP="000B4F17">
      <w:pPr>
        <w:pStyle w:val="ListParagraph"/>
        <w:numPr>
          <w:ilvl w:val="0"/>
          <w:numId w:val="7"/>
        </w:num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043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Subjective questions- (4 marks) </w:t>
      </w:r>
    </w:p>
    <w:p w14:paraId="00000022" w14:textId="77777777" w:rsidR="00040556" w:rsidRDefault="00040556">
      <w:pPr>
        <w:spacing w:after="0" w:line="278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Use scientific method to solve the given problems- (2 marks)</w:t>
      </w:r>
    </w:p>
    <w:p w14:paraId="00000024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Problem - The flashlight (torch) is not turning on.</w:t>
      </w:r>
    </w:p>
    <w:p w14:paraId="00000025" w14:textId="77777777" w:rsidR="00040556" w:rsidRDefault="00040556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Give reason- (2 marks)</w:t>
      </w:r>
    </w:p>
    <w:p w14:paraId="00000027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The Sun appears to move across the sky during the day.</w:t>
      </w:r>
    </w:p>
    <w:p w14:paraId="00000028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Leaves of plants are generally green in color.</w:t>
      </w:r>
    </w:p>
    <w:p w14:paraId="00000029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Ice melts when kept in a warm place.</w:t>
      </w:r>
    </w:p>
    <w:p w14:paraId="0000002A" w14:textId="77777777" w:rsidR="00040556" w:rsidRDefault="0011603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We wear raincoats when it rains.</w:t>
      </w:r>
    </w:p>
    <w:sectPr w:rsidR="00040556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28BE"/>
    <w:multiLevelType w:val="hybridMultilevel"/>
    <w:tmpl w:val="F34A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94655"/>
    <w:multiLevelType w:val="multilevel"/>
    <w:tmpl w:val="FFFFFFFF"/>
    <w:lvl w:ilvl="0">
      <w:start w:val="1"/>
      <w:numFmt w:val="decimal"/>
      <w:pStyle w:val="ListBullet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35D1470C"/>
    <w:multiLevelType w:val="multi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CC6F19"/>
    <w:multiLevelType w:val="multilevel"/>
    <w:tmpl w:val="FFFFFFFF"/>
    <w:lvl w:ilvl="0">
      <w:start w:val="1"/>
      <w:numFmt w:val="decimal"/>
      <w:pStyle w:val="ListBullet2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624190812">
    <w:abstractNumId w:val="1"/>
  </w:num>
  <w:num w:numId="2" w16cid:durableId="937178473">
    <w:abstractNumId w:val="3"/>
  </w:num>
  <w:num w:numId="3" w16cid:durableId="1403409507">
    <w:abstractNumId w:val="2"/>
  </w:num>
  <w:num w:numId="4" w16cid:durableId="856770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9129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5149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400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556"/>
    <w:rsid w:val="00040556"/>
    <w:rsid w:val="000B4F17"/>
    <w:rsid w:val="00304306"/>
    <w:rsid w:val="0052517E"/>
    <w:rsid w:val="00641666"/>
    <w:rsid w:val="0074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B4E84"/>
  <w15:docId w15:val="{872092BD-391C-B243-945C-D3FCCAE3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WavZM7b4D2Hg6raAFVV0ftVLw==">CgMxLjA4AHIhMTljME5EeWV1STA3M2pDME84WmVlcVdJeGFFTTM1aWt2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bani17.biswas@gmail.com</cp:lastModifiedBy>
  <cp:revision>2</cp:revision>
  <dcterms:created xsi:type="dcterms:W3CDTF">2025-04-20T17:03:00Z</dcterms:created>
  <dcterms:modified xsi:type="dcterms:W3CDTF">2025-04-20T17:03:00Z</dcterms:modified>
</cp:coreProperties>
</file>